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1D34E" w14:textId="7CEC116F" w:rsidR="00822621" w:rsidRPr="002B254C" w:rsidRDefault="009F47BE" w:rsidP="001705AD">
      <w:pPr>
        <w:jc w:val="center"/>
        <w:rPr>
          <w:rFonts w:ascii="Verdana" w:hAnsi="Verdana" w:cstheme="majorHAnsi"/>
          <w:b/>
          <w:sz w:val="32"/>
          <w:szCs w:val="24"/>
        </w:rPr>
      </w:pPr>
      <w:r w:rsidRPr="002B254C">
        <w:rPr>
          <w:rFonts w:ascii="Verdana" w:hAnsi="Verdana" w:cstheme="majorHAnsi"/>
          <w:b/>
          <w:sz w:val="32"/>
          <w:szCs w:val="24"/>
        </w:rPr>
        <w:t>P</w:t>
      </w:r>
      <w:r w:rsidR="009F5121" w:rsidRPr="002B254C">
        <w:rPr>
          <w:rFonts w:ascii="Verdana" w:hAnsi="Verdana" w:cstheme="majorHAnsi"/>
          <w:b/>
          <w:sz w:val="32"/>
          <w:szCs w:val="24"/>
        </w:rPr>
        <w:t>ARTNERSHIP AGREEMENT</w:t>
      </w:r>
    </w:p>
    <w:p w14:paraId="13EE50B3" w14:textId="72532342" w:rsidR="003A676C" w:rsidRPr="002B254C" w:rsidRDefault="003A676C">
      <w:pPr>
        <w:rPr>
          <w:rFonts w:ascii="Verdana" w:hAnsi="Verdana" w:cstheme="majorHAnsi"/>
        </w:rPr>
      </w:pPr>
    </w:p>
    <w:p w14:paraId="5C85252B" w14:textId="77777777" w:rsidR="00F35DD9" w:rsidRPr="002B254C" w:rsidRDefault="00F35DD9">
      <w:pPr>
        <w:rPr>
          <w:rFonts w:ascii="Verdana" w:hAnsi="Verdana" w:cstheme="majorHAnsi"/>
        </w:rPr>
      </w:pPr>
    </w:p>
    <w:p w14:paraId="23FD1E3F" w14:textId="77777777" w:rsidR="00080BDA" w:rsidRPr="002B254C" w:rsidRDefault="00080BDA" w:rsidP="004D408D">
      <w:pPr>
        <w:tabs>
          <w:tab w:val="left" w:pos="3251"/>
        </w:tabs>
        <w:jc w:val="both"/>
        <w:rPr>
          <w:rFonts w:ascii="Verdana" w:hAnsi="Verdana" w:cstheme="majorHAnsi"/>
        </w:rPr>
      </w:pPr>
    </w:p>
    <w:p w14:paraId="628E67F7" w14:textId="072F0AF9" w:rsidR="00822621" w:rsidRPr="002B254C" w:rsidRDefault="009F5121" w:rsidP="004D408D">
      <w:pPr>
        <w:tabs>
          <w:tab w:val="left" w:pos="3251"/>
        </w:tabs>
        <w:jc w:val="both"/>
        <w:rPr>
          <w:rFonts w:ascii="Verdana" w:hAnsi="Verdana" w:cstheme="majorHAnsi"/>
        </w:rPr>
      </w:pPr>
      <w:r w:rsidRPr="002B254C">
        <w:rPr>
          <w:rFonts w:ascii="Verdana" w:hAnsi="Verdana" w:cstheme="majorHAnsi"/>
        </w:rPr>
        <w:t xml:space="preserve">We, the </w:t>
      </w:r>
      <w:r w:rsidR="006C70E7" w:rsidRPr="002B254C">
        <w:rPr>
          <w:rFonts w:ascii="Verdana" w:hAnsi="Verdana" w:cstheme="majorHAnsi"/>
          <w:b/>
          <w:bCs/>
          <w:u w:val="dotted"/>
        </w:rPr>
        <w:t>FIRST PARTNER</w:t>
      </w:r>
      <w:r w:rsidR="006866D0">
        <w:rPr>
          <w:rFonts w:ascii="Verdana" w:hAnsi="Verdana" w:cstheme="majorHAnsi"/>
          <w:b/>
          <w:bCs/>
          <w:u w:val="dotted"/>
        </w:rPr>
        <w:t xml:space="preserve">, </w:t>
      </w:r>
      <w:r w:rsidRPr="002B254C">
        <w:rPr>
          <w:rFonts w:ascii="Verdana" w:hAnsi="Verdana" w:cstheme="majorHAnsi"/>
        </w:rPr>
        <w:t>I.C. No.:</w:t>
      </w:r>
      <w:r w:rsidR="00F952DB" w:rsidRPr="002B254C">
        <w:rPr>
          <w:rFonts w:ascii="Verdana" w:hAnsi="Verdana" w:cstheme="majorHAnsi"/>
          <w:b/>
          <w:bCs/>
        </w:rPr>
        <w:t xml:space="preserve"> </w:t>
      </w:r>
      <w:r w:rsidR="006866D0">
        <w:rPr>
          <w:rFonts w:ascii="Verdana" w:hAnsi="Verdana" w:cstheme="majorHAnsi"/>
          <w:b/>
          <w:bCs/>
          <w:u w:val="dotted"/>
        </w:rPr>
        <w:t xml:space="preserve">XXXX-XX-XXXX </w:t>
      </w:r>
      <w:r w:rsidRPr="002B254C">
        <w:rPr>
          <w:rFonts w:ascii="Verdana" w:hAnsi="Verdana" w:cstheme="majorHAnsi"/>
        </w:rPr>
        <w:t xml:space="preserve">and the </w:t>
      </w:r>
      <w:r w:rsidR="006C70E7" w:rsidRPr="002B254C">
        <w:rPr>
          <w:rFonts w:ascii="Verdana" w:hAnsi="Verdana" w:cstheme="majorHAnsi"/>
          <w:b/>
          <w:bCs/>
          <w:u w:val="dotted"/>
        </w:rPr>
        <w:t>SECOND PARTNER</w:t>
      </w:r>
      <w:r w:rsidRPr="002B254C">
        <w:rPr>
          <w:rFonts w:ascii="Verdana" w:hAnsi="Verdana" w:cstheme="majorHAnsi"/>
          <w:b/>
          <w:bCs/>
          <w:u w:val="dotted"/>
        </w:rPr>
        <w:t>,</w:t>
      </w:r>
      <w:r w:rsidRPr="002B254C">
        <w:rPr>
          <w:rFonts w:ascii="Verdana" w:hAnsi="Verdana" w:cstheme="majorHAnsi"/>
        </w:rPr>
        <w:t xml:space="preserve"> I.C. No.: </w:t>
      </w:r>
      <w:r w:rsidR="006866D0">
        <w:rPr>
          <w:rFonts w:ascii="Verdana" w:hAnsi="Verdana" w:cstheme="majorHAnsi"/>
          <w:b/>
          <w:bCs/>
          <w:u w:val="dotted"/>
        </w:rPr>
        <w:t>XXXX-XX-XXXX</w:t>
      </w:r>
      <w:r w:rsidRPr="002B254C">
        <w:rPr>
          <w:rFonts w:ascii="Verdana" w:hAnsi="Verdana" w:cstheme="majorHAnsi"/>
          <w:b/>
          <w:bCs/>
          <w:u w:val="dotted"/>
        </w:rPr>
        <w:t>,</w:t>
      </w:r>
      <w:r w:rsidR="00F952DB" w:rsidRPr="002B254C">
        <w:rPr>
          <w:rFonts w:ascii="Verdana" w:hAnsi="Verdana" w:cstheme="majorHAnsi"/>
          <w:b/>
          <w:bCs/>
        </w:rPr>
        <w:t xml:space="preserve"> </w:t>
      </w:r>
      <w:r w:rsidRPr="002B254C">
        <w:rPr>
          <w:rFonts w:ascii="Verdana" w:hAnsi="Verdana" w:cstheme="majorHAnsi"/>
        </w:rPr>
        <w:t xml:space="preserve">hereby agree to jointly operate a business registered under the name </w:t>
      </w:r>
      <w:r w:rsidR="005B5C38" w:rsidRPr="002B254C">
        <w:rPr>
          <w:rFonts w:ascii="Verdana" w:hAnsi="Verdana" w:cstheme="majorHAnsi"/>
          <w:b/>
          <w:bCs/>
          <w:u w:val="dotted"/>
        </w:rPr>
        <w:t>COMPANY NAME</w:t>
      </w:r>
      <w:r w:rsidR="00F952DB" w:rsidRPr="002B254C">
        <w:rPr>
          <w:rFonts w:ascii="Verdana" w:hAnsi="Verdana" w:cstheme="majorHAnsi"/>
          <w:b/>
          <w:bCs/>
        </w:rPr>
        <w:t xml:space="preserve"> </w:t>
      </w:r>
      <w:r w:rsidRPr="002B254C">
        <w:rPr>
          <w:rFonts w:ascii="Verdana" w:hAnsi="Verdana" w:cstheme="majorHAnsi"/>
        </w:rPr>
        <w:t xml:space="preserve">Registration No.: </w:t>
      </w:r>
      <w:r w:rsidR="006866D0">
        <w:rPr>
          <w:rFonts w:ascii="Verdana" w:hAnsi="Verdana" w:cstheme="majorHAnsi"/>
          <w:b/>
          <w:bCs/>
          <w:u w:val="dotted"/>
        </w:rPr>
        <w:t>1234567</w:t>
      </w:r>
      <w:r w:rsidR="00BE52E1" w:rsidRPr="002B254C">
        <w:rPr>
          <w:rFonts w:ascii="Verdana" w:hAnsi="Verdana" w:cstheme="majorHAnsi"/>
          <w:b/>
          <w:bCs/>
          <w:u w:val="dotted"/>
        </w:rPr>
        <w:t>-A</w:t>
      </w:r>
      <w:r w:rsidR="00F952DB" w:rsidRPr="002B254C">
        <w:rPr>
          <w:rFonts w:ascii="Verdana" w:hAnsi="Verdana" w:cstheme="majorHAnsi"/>
          <w:b/>
          <w:bCs/>
        </w:rPr>
        <w:t xml:space="preserve"> </w:t>
      </w:r>
      <w:r w:rsidRPr="002B254C">
        <w:rPr>
          <w:rFonts w:ascii="Verdana" w:hAnsi="Verdana" w:cstheme="majorHAnsi"/>
        </w:rPr>
        <w:t>with the capital contribution distributed as follows:</w:t>
      </w:r>
    </w:p>
    <w:p w14:paraId="0C375D1A" w14:textId="73EC899F" w:rsidR="00822621" w:rsidRPr="002B254C" w:rsidRDefault="005B5C38" w:rsidP="0022747B">
      <w:pPr>
        <w:spacing w:after="0"/>
        <w:ind w:left="720"/>
        <w:jc w:val="both"/>
        <w:rPr>
          <w:rFonts w:ascii="Verdana" w:hAnsi="Verdana" w:cstheme="majorHAnsi"/>
        </w:rPr>
      </w:pPr>
      <w:r w:rsidRPr="002B254C">
        <w:rPr>
          <w:rFonts w:ascii="Verdana" w:hAnsi="Verdana" w:cstheme="majorHAnsi"/>
        </w:rPr>
        <w:br/>
      </w:r>
      <w:r w:rsidR="006866D0">
        <w:rPr>
          <w:rFonts w:ascii="Verdana" w:hAnsi="Verdana" w:cstheme="majorHAnsi"/>
          <w:b/>
          <w:bCs/>
        </w:rPr>
        <w:br/>
      </w:r>
      <w:r w:rsidR="001737BE" w:rsidRPr="002B254C">
        <w:rPr>
          <w:rFonts w:ascii="Verdana" w:hAnsi="Verdana" w:cstheme="majorHAnsi"/>
          <w:b/>
          <w:bCs/>
        </w:rPr>
        <w:t xml:space="preserve">FIRST PARTNER </w:t>
      </w:r>
      <w:r w:rsidR="0022747B" w:rsidRPr="002B254C">
        <w:rPr>
          <w:rFonts w:ascii="Verdana" w:hAnsi="Verdana" w:cstheme="majorHAnsi"/>
          <w:b/>
          <w:bCs/>
        </w:rPr>
        <w:tab/>
      </w:r>
      <w:r w:rsidR="0022747B" w:rsidRPr="002B254C">
        <w:rPr>
          <w:rFonts w:ascii="Verdana" w:hAnsi="Verdana" w:cstheme="majorHAnsi"/>
          <w:b/>
          <w:bCs/>
        </w:rPr>
        <w:tab/>
      </w:r>
      <w:r w:rsidR="002B254C">
        <w:rPr>
          <w:rFonts w:ascii="Verdana" w:hAnsi="Verdana" w:cstheme="majorHAnsi"/>
          <w:b/>
          <w:bCs/>
        </w:rPr>
        <w:tab/>
      </w:r>
      <w:r w:rsidRPr="002B254C">
        <w:rPr>
          <w:rFonts w:ascii="Verdana" w:hAnsi="Verdana" w:cstheme="majorHAnsi"/>
          <w:b/>
          <w:bCs/>
        </w:rPr>
        <w:t xml:space="preserve">– </w:t>
      </w:r>
      <w:r w:rsidR="0022747B" w:rsidRPr="002B254C">
        <w:rPr>
          <w:rFonts w:ascii="Verdana" w:hAnsi="Verdana" w:cstheme="majorHAnsi"/>
          <w:b/>
          <w:bCs/>
        </w:rPr>
        <w:tab/>
      </w:r>
      <w:r w:rsidRPr="002B254C">
        <w:rPr>
          <w:rFonts w:ascii="Verdana" w:hAnsi="Verdana" w:cstheme="majorHAnsi"/>
          <w:b/>
          <w:bCs/>
        </w:rPr>
        <w:t>50%</w:t>
      </w:r>
    </w:p>
    <w:p w14:paraId="7CA37886" w14:textId="2749CD78" w:rsidR="001737BE" w:rsidRPr="002B254C" w:rsidRDefault="00D3346B" w:rsidP="0022747B">
      <w:pPr>
        <w:spacing w:after="0"/>
        <w:ind w:firstLine="720"/>
        <w:rPr>
          <w:rFonts w:ascii="Verdana" w:hAnsi="Verdana" w:cstheme="majorHAnsi"/>
          <w:b/>
          <w:bCs/>
        </w:rPr>
      </w:pPr>
      <w:r w:rsidRPr="002B254C">
        <w:rPr>
          <w:rFonts w:ascii="Verdana" w:hAnsi="Verdana" w:cstheme="majorHAnsi"/>
          <w:b/>
          <w:bCs/>
        </w:rPr>
        <w:t>(</w:t>
      </w:r>
      <w:r w:rsidR="001737BE" w:rsidRPr="002B254C">
        <w:rPr>
          <w:rFonts w:ascii="Verdana" w:hAnsi="Verdana" w:cstheme="majorHAnsi"/>
          <w:b/>
          <w:bCs/>
        </w:rPr>
        <w:t>Identity Card Number</w:t>
      </w:r>
      <w:r w:rsidRPr="002B254C">
        <w:rPr>
          <w:rFonts w:ascii="Verdana" w:hAnsi="Verdana" w:cstheme="majorHAnsi"/>
          <w:b/>
          <w:bCs/>
        </w:rPr>
        <w:t>)</w:t>
      </w:r>
    </w:p>
    <w:p w14:paraId="441BA78C" w14:textId="584F8739" w:rsidR="00822621" w:rsidRPr="002B254C" w:rsidRDefault="004D408D" w:rsidP="0022747B">
      <w:pPr>
        <w:spacing w:after="0"/>
        <w:ind w:left="720"/>
        <w:rPr>
          <w:rFonts w:ascii="Verdana" w:hAnsi="Verdana" w:cstheme="majorHAnsi"/>
          <w:b/>
          <w:bCs/>
        </w:rPr>
      </w:pPr>
      <w:r w:rsidRPr="002B254C">
        <w:rPr>
          <w:rFonts w:ascii="Verdana" w:hAnsi="Verdana" w:cstheme="majorHAnsi"/>
        </w:rPr>
        <w:br/>
      </w:r>
      <w:r w:rsidRPr="002B254C">
        <w:rPr>
          <w:rFonts w:ascii="Verdana" w:hAnsi="Verdana" w:cstheme="majorHAnsi"/>
        </w:rPr>
        <w:br/>
      </w:r>
      <w:r w:rsidR="000C43C3" w:rsidRPr="002B254C">
        <w:rPr>
          <w:rFonts w:ascii="Verdana" w:hAnsi="Verdana" w:cstheme="majorHAnsi"/>
          <w:b/>
          <w:bCs/>
        </w:rPr>
        <w:t xml:space="preserve">SECOND PARTNER </w:t>
      </w:r>
      <w:r w:rsidR="0022747B" w:rsidRPr="002B254C">
        <w:rPr>
          <w:rFonts w:ascii="Verdana" w:hAnsi="Verdana" w:cstheme="majorHAnsi"/>
          <w:b/>
          <w:bCs/>
        </w:rPr>
        <w:tab/>
      </w:r>
      <w:r w:rsidR="0022747B" w:rsidRPr="002B254C">
        <w:rPr>
          <w:rFonts w:ascii="Verdana" w:hAnsi="Verdana" w:cstheme="majorHAnsi"/>
          <w:b/>
          <w:bCs/>
        </w:rPr>
        <w:tab/>
      </w:r>
      <w:r w:rsidRPr="002B254C">
        <w:rPr>
          <w:rFonts w:ascii="Verdana" w:hAnsi="Verdana" w:cstheme="majorHAnsi"/>
          <w:b/>
          <w:bCs/>
        </w:rPr>
        <w:t xml:space="preserve">– </w:t>
      </w:r>
      <w:r w:rsidR="0022747B" w:rsidRPr="002B254C">
        <w:rPr>
          <w:rFonts w:ascii="Verdana" w:hAnsi="Verdana" w:cstheme="majorHAnsi"/>
          <w:b/>
          <w:bCs/>
        </w:rPr>
        <w:tab/>
      </w:r>
      <w:r w:rsidRPr="002B254C">
        <w:rPr>
          <w:rFonts w:ascii="Verdana" w:hAnsi="Verdana" w:cstheme="majorHAnsi"/>
          <w:b/>
          <w:bCs/>
        </w:rPr>
        <w:t>50%</w:t>
      </w:r>
    </w:p>
    <w:p w14:paraId="73F78E02" w14:textId="4DA1F361" w:rsidR="00822621" w:rsidRPr="002B254C" w:rsidRDefault="00D3346B" w:rsidP="0022747B">
      <w:pPr>
        <w:spacing w:after="0"/>
        <w:ind w:firstLine="720"/>
        <w:rPr>
          <w:rFonts w:ascii="Verdana" w:hAnsi="Verdana" w:cstheme="majorHAnsi"/>
          <w:b/>
          <w:bCs/>
        </w:rPr>
      </w:pPr>
      <w:r w:rsidRPr="002B254C">
        <w:rPr>
          <w:rFonts w:ascii="Verdana" w:hAnsi="Verdana" w:cstheme="majorHAnsi"/>
          <w:b/>
          <w:bCs/>
        </w:rPr>
        <w:t>(</w:t>
      </w:r>
      <w:r w:rsidR="000C43C3" w:rsidRPr="002B254C">
        <w:rPr>
          <w:rFonts w:ascii="Verdana" w:hAnsi="Verdana" w:cstheme="majorHAnsi"/>
          <w:b/>
          <w:bCs/>
        </w:rPr>
        <w:t>Identity Card Number</w:t>
      </w:r>
      <w:r w:rsidRPr="002B254C">
        <w:rPr>
          <w:rFonts w:ascii="Verdana" w:hAnsi="Verdana" w:cstheme="majorHAnsi"/>
          <w:b/>
          <w:bCs/>
        </w:rPr>
        <w:t>)</w:t>
      </w:r>
    </w:p>
    <w:p w14:paraId="7B0FCEFF" w14:textId="54689870" w:rsidR="00822621" w:rsidRPr="002B254C" w:rsidRDefault="004D408D" w:rsidP="000C43C3">
      <w:pPr>
        <w:jc w:val="both"/>
        <w:rPr>
          <w:rFonts w:ascii="Verdana" w:hAnsi="Verdana" w:cstheme="majorHAnsi"/>
        </w:rPr>
      </w:pPr>
      <w:r w:rsidRPr="002B254C">
        <w:rPr>
          <w:rFonts w:ascii="Verdana" w:hAnsi="Verdana" w:cstheme="majorHAnsi"/>
        </w:rPr>
        <w:br/>
      </w:r>
      <w:r w:rsidR="006866D0">
        <w:rPr>
          <w:rFonts w:ascii="Verdana" w:hAnsi="Verdana" w:cstheme="majorHAnsi"/>
        </w:rPr>
        <w:br/>
      </w:r>
      <w:r w:rsidRPr="002B254C">
        <w:rPr>
          <w:rFonts w:ascii="Verdana" w:hAnsi="Verdana" w:cstheme="majorHAnsi"/>
        </w:rPr>
        <w:br/>
      </w:r>
      <w:r w:rsidR="000C43C3" w:rsidRPr="002B254C">
        <w:rPr>
          <w:rFonts w:ascii="Verdana" w:hAnsi="Verdana" w:cstheme="majorHAnsi"/>
        </w:rPr>
        <w:t>Therefore, with the execution of this mutual agreement, the distribution of the company’s profits shall also follow the capital contribution as specified above</w:t>
      </w:r>
      <w:r w:rsidRPr="002B254C">
        <w:rPr>
          <w:rFonts w:ascii="Verdana" w:hAnsi="Verdana" w:cstheme="majorHAnsi"/>
        </w:rPr>
        <w:t>.</w:t>
      </w:r>
    </w:p>
    <w:p w14:paraId="21721989" w14:textId="77777777" w:rsidR="001705AD" w:rsidRPr="002B254C" w:rsidRDefault="001705AD">
      <w:pPr>
        <w:rPr>
          <w:rFonts w:ascii="Verdana" w:hAnsi="Verdana" w:cstheme="majorHAnsi"/>
        </w:rPr>
      </w:pPr>
    </w:p>
    <w:p w14:paraId="2884F89C" w14:textId="4BACEE4F" w:rsidR="00822621" w:rsidRPr="002B254C" w:rsidRDefault="006866D0">
      <w:pPr>
        <w:rPr>
          <w:rFonts w:ascii="Verdana" w:hAnsi="Verdana" w:cstheme="majorHAnsi"/>
        </w:rPr>
      </w:pPr>
      <w:r>
        <w:rPr>
          <w:rFonts w:ascii="Verdana" w:hAnsi="Verdana" w:cstheme="majorHAnsi"/>
        </w:rPr>
        <w:br/>
      </w:r>
      <w:r w:rsidRPr="002B254C">
        <w:rPr>
          <w:rFonts w:ascii="Verdana" w:hAnsi="Verdana" w:cstheme="majorHAnsi"/>
        </w:rPr>
        <w:br/>
        <w:t xml:space="preserve">_____________________           </w:t>
      </w:r>
      <w:r w:rsidR="00BC1974" w:rsidRPr="002B254C">
        <w:rPr>
          <w:rFonts w:ascii="Verdana" w:hAnsi="Verdana" w:cstheme="majorHAnsi"/>
        </w:rPr>
        <w:t xml:space="preserve">    </w:t>
      </w:r>
      <w:r w:rsidR="00F35DD9" w:rsidRPr="002B254C">
        <w:rPr>
          <w:rFonts w:ascii="Verdana" w:hAnsi="Verdana" w:cstheme="majorHAnsi"/>
        </w:rPr>
        <w:t xml:space="preserve">      </w:t>
      </w:r>
      <w:r w:rsidR="002B254C">
        <w:rPr>
          <w:rFonts w:ascii="Verdana" w:hAnsi="Verdana" w:cstheme="majorHAnsi"/>
        </w:rPr>
        <w:t xml:space="preserve">                   </w:t>
      </w:r>
      <w:r w:rsidR="002B254C" w:rsidRPr="002B254C">
        <w:rPr>
          <w:rFonts w:ascii="Verdana" w:hAnsi="Verdana" w:cstheme="majorHAnsi"/>
        </w:rPr>
        <w:t>_____________________</w:t>
      </w:r>
    </w:p>
    <w:p w14:paraId="104248C6" w14:textId="267A297E" w:rsidR="00822621" w:rsidRPr="002B254C" w:rsidRDefault="008B5BA5" w:rsidP="008B5BA5">
      <w:pPr>
        <w:spacing w:after="0"/>
        <w:rPr>
          <w:rFonts w:ascii="Verdana" w:hAnsi="Verdana" w:cstheme="majorHAnsi"/>
        </w:rPr>
      </w:pPr>
      <w:r w:rsidRPr="002B254C">
        <w:rPr>
          <w:rFonts w:ascii="Verdana" w:hAnsi="Verdana" w:cstheme="majorHAnsi"/>
        </w:rPr>
        <w:t>FIRST PARTNER</w:t>
      </w:r>
      <w:r w:rsidR="00BC1974" w:rsidRPr="002B254C">
        <w:rPr>
          <w:rFonts w:ascii="Verdana" w:hAnsi="Verdana" w:cstheme="majorHAnsi"/>
        </w:rPr>
        <w:t xml:space="preserve">                                          </w:t>
      </w:r>
      <w:r w:rsidR="004D408D" w:rsidRPr="002B254C">
        <w:rPr>
          <w:rFonts w:ascii="Verdana" w:hAnsi="Verdana" w:cstheme="majorHAnsi"/>
        </w:rPr>
        <w:t xml:space="preserve"> </w:t>
      </w:r>
      <w:r w:rsidR="00F35DD9" w:rsidRPr="002B254C">
        <w:rPr>
          <w:rFonts w:ascii="Verdana" w:hAnsi="Verdana" w:cstheme="majorHAnsi"/>
        </w:rPr>
        <w:t xml:space="preserve">   </w:t>
      </w:r>
      <w:r w:rsidR="00660392">
        <w:rPr>
          <w:rFonts w:ascii="Verdana" w:hAnsi="Verdana" w:cstheme="majorHAnsi"/>
        </w:rPr>
        <w:t xml:space="preserve">         </w:t>
      </w:r>
      <w:r w:rsidRPr="002B254C">
        <w:rPr>
          <w:rFonts w:ascii="Verdana" w:hAnsi="Verdana" w:cstheme="majorHAnsi"/>
        </w:rPr>
        <w:t>SECOND PARTNER</w:t>
      </w:r>
    </w:p>
    <w:p w14:paraId="59EE8E13" w14:textId="4108F96C" w:rsidR="00822621" w:rsidRPr="002B254C" w:rsidRDefault="00660392" w:rsidP="008B5BA5">
      <w:pPr>
        <w:spacing w:after="0"/>
        <w:rPr>
          <w:rFonts w:ascii="Verdana" w:hAnsi="Verdana" w:cstheme="majorHAnsi"/>
        </w:rPr>
      </w:pPr>
      <w:r>
        <w:rPr>
          <w:rFonts w:ascii="Verdana" w:hAnsi="Verdana" w:cstheme="majorHAnsi"/>
        </w:rPr>
        <w:t>Identification Number</w:t>
      </w:r>
      <w:r>
        <w:rPr>
          <w:rFonts w:ascii="Verdana" w:hAnsi="Verdana" w:cstheme="majorHAnsi"/>
        </w:rPr>
        <w:tab/>
      </w:r>
      <w:r>
        <w:rPr>
          <w:rFonts w:ascii="Verdana" w:hAnsi="Verdana" w:cstheme="majorHAnsi"/>
        </w:rPr>
        <w:tab/>
      </w:r>
      <w:r w:rsidR="008B5BA5" w:rsidRPr="002B254C">
        <w:rPr>
          <w:rFonts w:ascii="Verdana" w:hAnsi="Verdana" w:cstheme="majorHAnsi"/>
        </w:rPr>
        <w:t xml:space="preserve">                    </w:t>
      </w:r>
      <w:r w:rsidR="002B254C">
        <w:rPr>
          <w:rFonts w:ascii="Verdana" w:hAnsi="Verdana" w:cstheme="majorHAnsi"/>
        </w:rPr>
        <w:t xml:space="preserve">  </w:t>
      </w:r>
      <w:r w:rsidR="008B5BA5" w:rsidRPr="002B254C">
        <w:rPr>
          <w:rFonts w:ascii="Verdana" w:hAnsi="Verdana" w:cstheme="majorHAnsi"/>
        </w:rPr>
        <w:t xml:space="preserve"> </w:t>
      </w:r>
      <w:r w:rsidR="002B254C">
        <w:rPr>
          <w:rFonts w:ascii="Verdana" w:hAnsi="Verdana" w:cstheme="majorHAnsi"/>
        </w:rPr>
        <w:t xml:space="preserve">        </w:t>
      </w:r>
      <w:r>
        <w:rPr>
          <w:rFonts w:ascii="Verdana" w:hAnsi="Verdana" w:cstheme="majorHAnsi"/>
        </w:rPr>
        <w:t>Identification Number</w:t>
      </w:r>
    </w:p>
    <w:p w14:paraId="6276C7AC" w14:textId="77777777" w:rsidR="00F35DD9" w:rsidRPr="002B254C" w:rsidRDefault="00F35DD9" w:rsidP="00F35DD9">
      <w:pPr>
        <w:rPr>
          <w:rFonts w:ascii="Verdana" w:hAnsi="Verdana" w:cstheme="majorHAnsi"/>
        </w:rPr>
      </w:pPr>
    </w:p>
    <w:p w14:paraId="2FCD46F2" w14:textId="08B51E08" w:rsidR="00822621" w:rsidRDefault="002B254C" w:rsidP="002B254C">
      <w:pPr>
        <w:rPr>
          <w:rFonts w:ascii="Verdana" w:hAnsi="Verdana" w:cstheme="majorHAnsi"/>
          <w:b/>
          <w:bCs/>
        </w:rPr>
      </w:pPr>
      <w:r>
        <w:rPr>
          <w:rFonts w:ascii="Verdana" w:hAnsi="Verdana" w:cstheme="majorHAnsi"/>
          <w:b/>
          <w:bCs/>
        </w:rPr>
        <w:t xml:space="preserve">                                             </w:t>
      </w:r>
      <w:r w:rsidR="000A6F16" w:rsidRPr="002B254C">
        <w:rPr>
          <w:rFonts w:ascii="Verdana" w:hAnsi="Verdana" w:cstheme="majorHAnsi"/>
          <w:b/>
          <w:bCs/>
        </w:rPr>
        <w:t>WITNESSED BY:</w:t>
      </w:r>
    </w:p>
    <w:p w14:paraId="4C907FFC" w14:textId="77777777" w:rsidR="002B254C" w:rsidRDefault="002B254C" w:rsidP="002B254C">
      <w:pPr>
        <w:rPr>
          <w:rFonts w:ascii="Verdana" w:hAnsi="Verdana" w:cstheme="majorHAnsi"/>
          <w:b/>
          <w:bCs/>
        </w:rPr>
      </w:pPr>
    </w:p>
    <w:p w14:paraId="5A63A4D5" w14:textId="77777777" w:rsidR="002B254C" w:rsidRPr="002B254C" w:rsidRDefault="002B254C" w:rsidP="002B254C">
      <w:pPr>
        <w:rPr>
          <w:rFonts w:ascii="Verdana" w:hAnsi="Verdana" w:cstheme="majorHAnsi"/>
        </w:rPr>
      </w:pPr>
      <w:r w:rsidRPr="002B254C">
        <w:rPr>
          <w:rFonts w:ascii="Verdana" w:hAnsi="Verdana" w:cstheme="majorHAnsi"/>
        </w:rPr>
        <w:t xml:space="preserve">_____________________                     </w:t>
      </w:r>
      <w:r>
        <w:rPr>
          <w:rFonts w:ascii="Verdana" w:hAnsi="Verdana" w:cstheme="majorHAnsi"/>
        </w:rPr>
        <w:t xml:space="preserve">                   </w:t>
      </w:r>
      <w:r w:rsidRPr="002B254C">
        <w:rPr>
          <w:rFonts w:ascii="Verdana" w:hAnsi="Verdana" w:cstheme="majorHAnsi"/>
        </w:rPr>
        <w:t>_____________________</w:t>
      </w:r>
    </w:p>
    <w:p w14:paraId="3BB76D00" w14:textId="2FB5F922" w:rsidR="002B254C" w:rsidRPr="002B254C" w:rsidRDefault="002B254C" w:rsidP="002B254C">
      <w:pPr>
        <w:spacing w:after="0"/>
        <w:rPr>
          <w:rFonts w:ascii="Verdana" w:hAnsi="Verdana" w:cstheme="majorHAnsi"/>
        </w:rPr>
      </w:pPr>
      <w:r>
        <w:rPr>
          <w:rFonts w:ascii="Verdana" w:hAnsi="Verdana" w:cstheme="majorHAnsi"/>
        </w:rPr>
        <w:t>Witness:</w:t>
      </w:r>
      <w:r w:rsidRPr="002B254C">
        <w:rPr>
          <w:rFonts w:ascii="Verdana" w:hAnsi="Verdana" w:cstheme="majorHAnsi"/>
        </w:rPr>
        <w:t xml:space="preserve">                                                </w:t>
      </w:r>
      <w:r>
        <w:rPr>
          <w:rFonts w:ascii="Verdana" w:hAnsi="Verdana" w:cstheme="majorHAnsi"/>
        </w:rPr>
        <w:t xml:space="preserve">    </w:t>
      </w:r>
      <w:r>
        <w:rPr>
          <w:rFonts w:ascii="Verdana" w:hAnsi="Verdana" w:cstheme="majorHAnsi"/>
        </w:rPr>
        <w:tab/>
      </w:r>
      <w:r>
        <w:rPr>
          <w:rFonts w:ascii="Verdana" w:hAnsi="Verdana" w:cstheme="majorHAnsi"/>
        </w:rPr>
        <w:tab/>
        <w:t xml:space="preserve">    Witness:</w:t>
      </w:r>
    </w:p>
    <w:p w14:paraId="33769285" w14:textId="5EB48C02" w:rsidR="00822621" w:rsidRPr="002B254C" w:rsidRDefault="002B254C" w:rsidP="002B254C">
      <w:pPr>
        <w:spacing w:after="0"/>
        <w:rPr>
          <w:rFonts w:ascii="Verdana" w:hAnsi="Verdana" w:cstheme="majorHAnsi"/>
        </w:rPr>
      </w:pPr>
      <w:r>
        <w:rPr>
          <w:rFonts w:ascii="Verdana" w:hAnsi="Verdana" w:cstheme="majorHAnsi"/>
        </w:rPr>
        <w:t>IC No:</w:t>
      </w:r>
      <w:r w:rsidRPr="002B254C">
        <w:rPr>
          <w:rFonts w:ascii="Verdana" w:hAnsi="Verdana" w:cstheme="majorHAnsi"/>
        </w:rPr>
        <w:t xml:space="preserve">                                          </w:t>
      </w:r>
      <w:r>
        <w:rPr>
          <w:rFonts w:ascii="Verdana" w:hAnsi="Verdana" w:cstheme="majorHAnsi"/>
        </w:rPr>
        <w:t xml:space="preserve">  </w:t>
      </w:r>
      <w:r w:rsidRPr="002B254C">
        <w:rPr>
          <w:rFonts w:ascii="Verdana" w:hAnsi="Verdana" w:cstheme="majorHAnsi"/>
        </w:rPr>
        <w:t xml:space="preserve"> </w:t>
      </w:r>
      <w:r>
        <w:rPr>
          <w:rFonts w:ascii="Verdana" w:hAnsi="Verdana" w:cstheme="majorHAnsi"/>
        </w:rPr>
        <w:t xml:space="preserve"> </w:t>
      </w:r>
      <w:r>
        <w:rPr>
          <w:rFonts w:ascii="Verdana" w:hAnsi="Verdana" w:cstheme="majorHAnsi"/>
        </w:rPr>
        <w:tab/>
      </w:r>
      <w:r>
        <w:rPr>
          <w:rFonts w:ascii="Verdana" w:hAnsi="Verdana" w:cstheme="majorHAnsi"/>
        </w:rPr>
        <w:tab/>
      </w:r>
      <w:r>
        <w:rPr>
          <w:rFonts w:ascii="Verdana" w:hAnsi="Verdana" w:cstheme="majorHAnsi"/>
        </w:rPr>
        <w:tab/>
        <w:t xml:space="preserve">    IC No.:</w:t>
      </w:r>
    </w:p>
    <w:sectPr w:rsidR="00822621" w:rsidRPr="002B254C" w:rsidSect="00F35DD9">
      <w:pgSz w:w="12240" w:h="15840"/>
      <w:pgMar w:top="1440" w:right="1467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7067037">
    <w:abstractNumId w:val="8"/>
  </w:num>
  <w:num w:numId="2" w16cid:durableId="1897205932">
    <w:abstractNumId w:val="6"/>
  </w:num>
  <w:num w:numId="3" w16cid:durableId="830288627">
    <w:abstractNumId w:val="5"/>
  </w:num>
  <w:num w:numId="4" w16cid:durableId="1388648555">
    <w:abstractNumId w:val="4"/>
  </w:num>
  <w:num w:numId="5" w16cid:durableId="350764320">
    <w:abstractNumId w:val="7"/>
  </w:num>
  <w:num w:numId="6" w16cid:durableId="1928272697">
    <w:abstractNumId w:val="3"/>
  </w:num>
  <w:num w:numId="7" w16cid:durableId="872574183">
    <w:abstractNumId w:val="2"/>
  </w:num>
  <w:num w:numId="8" w16cid:durableId="870801578">
    <w:abstractNumId w:val="1"/>
  </w:num>
  <w:num w:numId="9" w16cid:durableId="717046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0375"/>
    <w:rsid w:val="0006063C"/>
    <w:rsid w:val="00080BDA"/>
    <w:rsid w:val="000A6F16"/>
    <w:rsid w:val="000C43C3"/>
    <w:rsid w:val="001153BE"/>
    <w:rsid w:val="0015074B"/>
    <w:rsid w:val="001705AD"/>
    <w:rsid w:val="001737BE"/>
    <w:rsid w:val="0022747B"/>
    <w:rsid w:val="00260AD3"/>
    <w:rsid w:val="0029639D"/>
    <w:rsid w:val="002B254C"/>
    <w:rsid w:val="00326F90"/>
    <w:rsid w:val="00381DA6"/>
    <w:rsid w:val="003A676C"/>
    <w:rsid w:val="004D408D"/>
    <w:rsid w:val="00564D02"/>
    <w:rsid w:val="005B5C38"/>
    <w:rsid w:val="00660392"/>
    <w:rsid w:val="00672CA6"/>
    <w:rsid w:val="006866D0"/>
    <w:rsid w:val="006C70E7"/>
    <w:rsid w:val="0074673F"/>
    <w:rsid w:val="0077695D"/>
    <w:rsid w:val="00822621"/>
    <w:rsid w:val="0085289C"/>
    <w:rsid w:val="008B0324"/>
    <w:rsid w:val="008B5BA5"/>
    <w:rsid w:val="009376DB"/>
    <w:rsid w:val="009F47BE"/>
    <w:rsid w:val="009F5121"/>
    <w:rsid w:val="00AA1D8D"/>
    <w:rsid w:val="00B47730"/>
    <w:rsid w:val="00BC1974"/>
    <w:rsid w:val="00BE52E1"/>
    <w:rsid w:val="00C00AE8"/>
    <w:rsid w:val="00C11230"/>
    <w:rsid w:val="00C96D8B"/>
    <w:rsid w:val="00CB0664"/>
    <w:rsid w:val="00D3346B"/>
    <w:rsid w:val="00E9603D"/>
    <w:rsid w:val="00F20E01"/>
    <w:rsid w:val="00F35DD9"/>
    <w:rsid w:val="00F81CA8"/>
    <w:rsid w:val="00F952DB"/>
    <w:rsid w:val="00FB2231"/>
    <w:rsid w:val="00FC49F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26834"/>
  <w14:defaultImageDpi w14:val="300"/>
  <w15:docId w15:val="{8DB9EB92-DD92-4D0E-BDE7-06137B57E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ITULIS Cloud</cp:lastModifiedBy>
  <cp:revision>23</cp:revision>
  <dcterms:created xsi:type="dcterms:W3CDTF">2025-05-17T11:27:00Z</dcterms:created>
  <dcterms:modified xsi:type="dcterms:W3CDTF">2025-06-19T21:51:00Z</dcterms:modified>
  <cp:category/>
</cp:coreProperties>
</file>